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 חשוון – חודש בלי חגים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חודש חשוון ואת הכינוי מר 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מיוחד בחודש ללא חגים ואיך אפשר לחגוג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למסע ולתחנה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מר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אין בו אף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ליצור חגיגה קטנה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שייכות ושיתוף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בלוח העברי אין בחשוון חג קבוע.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השיעור מעודד יצירת חגיגות כיתתיות קטנות.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חלק מרכזי במבנה המסע.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זהו משחק משותף שכל הכיתה משתתפת 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כמו עלה, טיפת מים וקשת, הקשורים לחורף המתקרב.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לחגוג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(חודש בלוח העברי בלי חגים קבועים)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(פתיחה מסקרנת עם חפצים לניחוש)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(מסמך אישי לסימון תחנות המסע)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(אירוע קטן שהכיתה יוצרת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(סיכום אישי בסוף השיעור)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שזה החודש היחיד בלוח העברי שאין בו אף חג קבוע.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הגיונית, הקשורה לשמחה קטנה או אירוע פשוט.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חג קבוע חוזר כל שנה באותו תאריך ויש לו מסורת קבועה, ואילו חגיגה עצמית נבחרת ונוצרת על ידי הקבוצה עצמה.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שחשוון הוא החודש היחיד ללא חג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הגיונית הקשורה לשמחה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תחושת שייכות ושמחה גם בתוך השגרה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בפועל עם תיק חפצים כדי לעורר סקרנות לפני חלוקת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את כרטיסי המשימה לפי רמות הכיתה ולהתאים את חלקי הדף בהתאם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בסבב קצר שבו כל תלמיד/ה משתף/ת רעיון אחד לחגיגה כיתתית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 חשוון – חודש בלי חגים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חודש חשוון. זה חודש בלי חג. לומדים איך אפשר לחגוג דברים קטנים גם בלי 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 חשוון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לחודש חשוון כי אין בו חגים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שגרה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רגיל בלי חג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חגיגה כיתתית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קטן שהכיתה יוצרת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דרכון 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אישי לסימון כל תחנה במסע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אחד במסע הלמידה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קצרה בסוף השיעור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קבוע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שחוזר כל שנה באותו תאריך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לחודש חשוון?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 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חגים יש בחשוון?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בו הכי הרבה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בו חג אחד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בו אף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פותח את השנה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אחרי איזה חודש עשיר בחגים מגיע חשוון?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בחודש בלי 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לחכות לחודש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לעשות כלום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ליצור חגיגה קטנה בעצמנו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השגרה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מסמלת החגיגה הכיתתית שהכיתה בוחרת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בין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חופש מלימודים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שייכות ושיתוף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חשוון הוא החודש היחיד בשנה העברית שאין בו אף חג קבוע.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לחגוג דברים קטנים גם בלי חג רשמי.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מר חשוון התלמידים מקבלים דרכון מסע לסימון התחנות.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התחנה בשיעור הוא תחרות אישית בלי שיתוף 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בתיק המסתורי בתחילת השיעור יש חפצים הקשורים לעונות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חודש __________ מכונה מר חשוון כי אין בו חגים.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בתחילת השיעור המורה מביא/ה __________ מסתורי עם חפצים קטנים.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השיעור כל ילד מסמן בדרכון את ה__________ הראשונה.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כרטיס היציאה מבקש לכתוב דבר קטן אחד שאפשר __________ השבוע.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התלמידים עובדים בקבוצות לפי כרטיסי __________ ברמות שונות.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 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מסמך אישי לסימון תחנות המסע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תיק מסתורי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אירוע קטן שהכיתה יוצרת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דרכון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סיכום אישי בסוף השיעור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חגיגה כיתתית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חודש בלוח העברי בלי חגים קבועים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יציאה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פתיחה מסקרנת עם חפצים לניחוש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הסבר קצר: למה דווקא חודש חשוון, ולא חודש אחר, מכונה מר חשוון?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או שניים על דבר קטן שאפשר לחגוג השבוע בלי חג רשמי.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חג קבוע לחגיגה שאנחנו יוצרים בעצמנו?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מיוחד בחודש חשוון מבחינת חגים?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דבר קטן אחד שאפשר לחגוג השבוע.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לחגוג גם דברים קטנים ולא רק חגים גדולים?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 חשוון – חודש בלי חגים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